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540000" cy="4196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19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맑은 고딕"/>
          <w:b/>
          <w:color w:val="9C7A35"/>
          <w:sz w:val="17"/>
        </w:rPr>
        <w:t>MIND POWER · CORPORATE KEYNOTE</w:t>
      </w:r>
    </w:p>
    <w:p>
      <w:pPr>
        <w:spacing w:before="80"/>
      </w:pPr>
      <w:r>
        <w:rPr>
          <w:rFonts w:ascii="Arial" w:hAnsi="Arial" w:eastAsia="맑은 고딕"/>
          <w:b/>
          <w:color w:val="1B1814"/>
          <w:sz w:val="38"/>
        </w:rPr>
        <w:t>조성희 대표 강연 의뢰 신청서</w:t>
      </w:r>
    </w:p>
    <w:p>
      <w:pPr>
        <w:spacing w:before="80"/>
        <w:pBdr>
          <w:bottom w:val="single" w:sz="12" w:color="C9A45C" w:space="8"/>
        </w:pBdr>
      </w:pPr>
      <w:r>
        <w:rPr>
          <w:rFonts w:ascii="Arial" w:hAnsi="Arial" w:eastAsia="맑은 고딕"/>
          <w:b w:val="0"/>
          <w:color w:val="6B6660"/>
          <w:sz w:val="19"/>
        </w:rPr>
        <w:t>교육 목표와 구성원에 맞춰 주제, 시간, 진행 방식을 함께 설계합니다.</w:t>
      </w:r>
    </w:p>
    <w:p>
      <w:pPr>
        <w:keepNext/>
        <w:spacing w:before="320" w:after="0" w:line="360" w:lineRule="auto"/>
      </w:pPr>
      <w:r>
        <w:rPr>
          <w:rFonts w:ascii="Arial" w:hAnsi="Arial" w:eastAsia="맑은 고딕"/>
          <w:b/>
          <w:color w:val="9C7A35"/>
          <w:sz w:val="21"/>
        </w:rPr>
        <w:t xml:space="preserve">01  </w:t>
      </w:r>
      <w:r>
        <w:rPr>
          <w:rFonts w:ascii="Arial" w:hAnsi="Arial" w:eastAsia="맑은 고딕"/>
          <w:b/>
          <w:color w:val="1B1814"/>
          <w:sz w:val="22"/>
        </w:rPr>
        <w:t>기관 · 담당자</w:t>
      </w:r>
    </w:p>
    <w:p>
      <w:pPr>
        <w:tabs>
          <w:tab w:pos="9638" w:val="left"/>
        </w:tabs>
        <w:spacing w:before="40" w:line="480" w:lineRule="auto"/>
        <w:pBdr>
          <w:bottom w:val="single" w:sz="6" w:color="D9CFBD" w:space="4"/>
        </w:pBdr>
      </w:pPr>
      <w:r>
        <w:rPr>
          <w:rFonts w:ascii="Arial" w:hAnsi="Arial" w:eastAsia="맑은 고딕"/>
          <w:b/>
          <w:color w:val="1B1814"/>
          <w:sz w:val="19"/>
        </w:rPr>
        <w:t>회사(기관)명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8CFBD" w:space="4"/>
        </w:pBdr>
      </w:pPr>
      <w:r>
        <w:rPr>
          <w:rFonts w:ascii="Arial" w:hAnsi="Arial" w:eastAsia="맑은 고딕"/>
          <w:b/>
          <w:color w:val="1B1814"/>
          <w:sz w:val="19"/>
        </w:rPr>
        <w:t>어떤 회사인지 (업종 · 주요 사업)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9CFBD" w:space="4"/>
        </w:pBdr>
      </w:pPr>
      <w:r>
        <w:rPr>
          <w:rFonts w:ascii="Arial" w:hAnsi="Arial" w:eastAsia="맑은 고딕"/>
          <w:b/>
          <w:color w:val="1B1814"/>
          <w:sz w:val="19"/>
        </w:rPr>
        <w:t>부서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8CFBD" w:space="4"/>
        </w:pBdr>
      </w:pPr>
      <w:r>
        <w:rPr>
          <w:rFonts w:ascii="Arial" w:hAnsi="Arial" w:eastAsia="맑은 고딕"/>
          <w:b/>
          <w:color w:val="1B1814"/>
          <w:sz w:val="19"/>
        </w:rPr>
        <w:t>담당자 성함 · 직함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9CFBD" w:space="4"/>
        </w:pBdr>
      </w:pPr>
      <w:r>
        <w:rPr>
          <w:rFonts w:ascii="Arial" w:hAnsi="Arial" w:eastAsia="맑은 고딕"/>
          <w:b/>
          <w:color w:val="1B1814"/>
          <w:sz w:val="19"/>
        </w:rPr>
        <w:t>휴대폰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8CFBD" w:space="4"/>
        </w:pBdr>
      </w:pPr>
      <w:r>
        <w:rPr>
          <w:rFonts w:ascii="Arial" w:hAnsi="Arial" w:eastAsia="맑은 고딕"/>
          <w:b/>
          <w:color w:val="1B1814"/>
          <w:sz w:val="19"/>
        </w:rPr>
        <w:t>이메일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keepNext/>
        <w:spacing w:before="320" w:after="0" w:line="360" w:lineRule="auto"/>
      </w:pPr>
      <w:r>
        <w:rPr>
          <w:rFonts w:ascii="Arial" w:hAnsi="Arial" w:eastAsia="맑은 고딕"/>
          <w:b/>
          <w:color w:val="9C7A35"/>
          <w:sz w:val="21"/>
        </w:rPr>
        <w:t xml:space="preserve">02  </w:t>
      </w:r>
      <w:r>
        <w:rPr>
          <w:rFonts w:ascii="Arial" w:hAnsi="Arial" w:eastAsia="맑은 고딕"/>
          <w:b/>
          <w:color w:val="1B1814"/>
          <w:sz w:val="22"/>
        </w:rPr>
        <w:t>강연 정보</w:t>
      </w:r>
    </w:p>
    <w:p>
      <w:pPr>
        <w:tabs>
          <w:tab w:pos="9638" w:val="left"/>
        </w:tabs>
        <w:spacing w:before="40" w:line="480" w:lineRule="auto"/>
        <w:pBdr>
          <w:bottom w:val="single" w:sz="6" w:color="D9CFBD" w:space="4"/>
        </w:pBdr>
      </w:pPr>
      <w:r>
        <w:rPr>
          <w:rFonts w:ascii="Arial" w:hAnsi="Arial" w:eastAsia="맑은 고딕"/>
          <w:b/>
          <w:color w:val="1B1814"/>
          <w:sz w:val="19"/>
        </w:rPr>
        <w:t>희망 날짜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8CFBD" w:space="4"/>
        </w:pBdr>
      </w:pPr>
      <w:r>
        <w:rPr>
          <w:rFonts w:ascii="Arial" w:hAnsi="Arial" w:eastAsia="맑은 고딕"/>
          <w:b/>
          <w:color w:val="1B1814"/>
          <w:sz w:val="19"/>
        </w:rPr>
        <w:t>시간 (사전 도착 시간 포함)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9CFBD" w:space="4"/>
        </w:pBdr>
      </w:pPr>
      <w:r>
        <w:rPr>
          <w:rFonts w:ascii="Arial" w:hAnsi="Arial" w:eastAsia="맑은 고딕"/>
          <w:b/>
          <w:color w:val="1B1814"/>
          <w:sz w:val="19"/>
        </w:rPr>
        <w:t>장소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8CFBD" w:space="4"/>
        </w:pBdr>
      </w:pPr>
      <w:r>
        <w:rPr>
          <w:rFonts w:ascii="Arial" w:hAnsi="Arial" w:eastAsia="맑은 고딕"/>
          <w:b/>
          <w:color w:val="1B1814"/>
          <w:sz w:val="19"/>
        </w:rPr>
        <w:t>진행 방식 (현장 / 온라인)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9CFBD" w:space="4"/>
        </w:pBdr>
      </w:pPr>
      <w:r>
        <w:rPr>
          <w:rFonts w:ascii="Arial" w:hAnsi="Arial" w:eastAsia="맑은 고딕"/>
          <w:b/>
          <w:color w:val="1B1814"/>
          <w:sz w:val="19"/>
        </w:rPr>
        <w:t>인원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8CFBD" w:space="4"/>
        </w:pBdr>
      </w:pPr>
      <w:r>
        <w:rPr>
          <w:rFonts w:ascii="Arial" w:hAnsi="Arial" w:eastAsia="맑은 고딕"/>
          <w:b/>
          <w:color w:val="1B1814"/>
          <w:sz w:val="19"/>
        </w:rPr>
        <w:t>교육 대상 (나이 · 성별 · 직무 · 특징)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keepNext/>
        <w:spacing w:before="320" w:after="0" w:line="360" w:lineRule="auto"/>
      </w:pPr>
      <w:r>
        <w:rPr>
          <w:rFonts w:ascii="Arial" w:hAnsi="Arial" w:eastAsia="맑은 고딕"/>
          <w:b/>
          <w:color w:val="9C7A35"/>
          <w:sz w:val="21"/>
        </w:rPr>
        <w:t xml:space="preserve">03  </w:t>
      </w:r>
      <w:r>
        <w:rPr>
          <w:rFonts w:ascii="Arial" w:hAnsi="Arial" w:eastAsia="맑은 고딕"/>
          <w:b/>
          <w:color w:val="1B1814"/>
          <w:sz w:val="22"/>
        </w:rPr>
        <w:t>희망 주제</w:t>
      </w:r>
    </w:p>
    <w:p>
      <w:pPr>
        <w:tabs>
          <w:tab w:pos="4819" w:val="left"/>
        </w:tabs>
        <w:spacing w:before="160"/>
      </w:pPr>
      <w:r>
        <w:rPr>
          <w:rFonts w:ascii="Arial" w:hAnsi="Arial" w:eastAsia="맑은 고딕"/>
          <w:b w:val="0"/>
          <w:color w:val="1B1814"/>
          <w:sz w:val="20"/>
        </w:rPr>
        <w:t>□ 영업 · 세일즈</w:t>
        <w:tab/>
        <w:t>□ 임직원 마인드셋</w:t>
      </w:r>
    </w:p>
    <w:p>
      <w:pPr>
        <w:tabs>
          <w:tab w:pos="4819" w:val="left"/>
        </w:tabs>
        <w:spacing w:before="120"/>
      </w:pPr>
      <w:r>
        <w:rPr>
          <w:rFonts w:ascii="Arial" w:hAnsi="Arial" w:eastAsia="맑은 고딕"/>
          <w:b w:val="0"/>
          <w:color w:val="1B1814"/>
          <w:sz w:val="20"/>
        </w:rPr>
        <w:t>□ 리더 · 경영진</w:t>
        <w:tab/>
        <w:t>□ 기타 (                    )</w:t>
      </w:r>
    </w:p>
    <w:p>
      <w:r>
        <w:br w:type="page"/>
      </w:r>
    </w:p>
    <w:p>
      <w:pPr>
        <w:keepNext/>
        <w:spacing w:before="320" w:after="0" w:line="360" w:lineRule="auto"/>
      </w:pPr>
      <w:r>
        <w:rPr>
          <w:rFonts w:ascii="Arial" w:hAnsi="Arial" w:eastAsia="맑은 고딕"/>
          <w:b/>
          <w:color w:val="9C7A35"/>
          <w:sz w:val="21"/>
        </w:rPr>
        <w:t xml:space="preserve">04  </w:t>
      </w:r>
      <w:r>
        <w:rPr>
          <w:rFonts w:ascii="Arial" w:hAnsi="Arial" w:eastAsia="맑은 고딕"/>
          <w:b/>
          <w:color w:val="1B1814"/>
          <w:sz w:val="22"/>
        </w:rPr>
        <w:t>의뢰 이유와 기대 효과</w:t>
      </w:r>
    </w:p>
    <w:p>
      <w:pPr>
        <w:tabs>
          <w:tab w:pos="9638" w:val="left"/>
        </w:tabs>
        <w:spacing w:before="360"/>
        <w:pBdr>
          <w:bottom w:val="single" w:sz="6" w:color="D9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8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9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8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9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8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keepNext/>
        <w:spacing w:before="320" w:after="0" w:line="360" w:lineRule="auto"/>
      </w:pPr>
      <w:r>
        <w:rPr>
          <w:rFonts w:ascii="Arial" w:hAnsi="Arial" w:eastAsia="맑은 고딕"/>
          <w:b/>
          <w:color w:val="9C7A35"/>
          <w:sz w:val="21"/>
        </w:rPr>
        <w:t xml:space="preserve">05  </w:t>
      </w:r>
      <w:r>
        <w:rPr>
          <w:rFonts w:ascii="Arial" w:hAnsi="Arial" w:eastAsia="맑은 고딕"/>
          <w:b/>
          <w:color w:val="1B1814"/>
          <w:sz w:val="22"/>
        </w:rPr>
        <w:t>강연료 (예산) · 입금 예정일</w:t>
      </w:r>
    </w:p>
    <w:p>
      <w:pPr>
        <w:tabs>
          <w:tab w:pos="9638" w:val="left"/>
        </w:tabs>
        <w:spacing w:before="40" w:line="480" w:lineRule="auto"/>
        <w:pBdr>
          <w:bottom w:val="single" w:sz="6" w:color="D9CFBD" w:space="4"/>
        </w:pBdr>
      </w:pPr>
      <w:r>
        <w:rPr>
          <w:rFonts w:ascii="Arial" w:hAnsi="Arial" w:eastAsia="맑은 고딕"/>
          <w:b/>
          <w:color w:val="1B1814"/>
          <w:sz w:val="19"/>
        </w:rPr>
        <w:t>강연료 (예산)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tabs>
          <w:tab w:pos="9638" w:val="left"/>
        </w:tabs>
        <w:spacing w:before="40" w:line="480" w:lineRule="auto"/>
        <w:pBdr>
          <w:bottom w:val="single" w:sz="6" w:color="D8CFBD" w:space="4"/>
        </w:pBdr>
      </w:pPr>
      <w:r>
        <w:rPr>
          <w:rFonts w:ascii="Arial" w:hAnsi="Arial" w:eastAsia="맑은 고딕"/>
          <w:b/>
          <w:color w:val="1B1814"/>
          <w:sz w:val="19"/>
        </w:rPr>
        <w:t>입금 예정일</w:t>
      </w:r>
      <w:r>
        <w:rPr>
          <w:rFonts w:ascii="Arial" w:hAnsi="Arial" w:eastAsia="맑은 고딕"/>
          <w:b w:val="0"/>
          <w:color w:val="1B1814"/>
          <w:sz w:val="19"/>
        </w:rPr>
        <w:tab/>
      </w:r>
    </w:p>
    <w:p>
      <w:pPr>
        <w:keepNext/>
        <w:spacing w:before="320" w:after="0" w:line="360" w:lineRule="auto"/>
      </w:pPr>
      <w:r>
        <w:rPr>
          <w:rFonts w:ascii="Arial" w:hAnsi="Arial" w:eastAsia="맑은 고딕"/>
          <w:b/>
          <w:color w:val="9C7A35"/>
          <w:sz w:val="21"/>
        </w:rPr>
        <w:t xml:space="preserve">06  </w:t>
      </w:r>
      <w:r>
        <w:rPr>
          <w:rFonts w:ascii="Arial" w:hAnsi="Arial" w:eastAsia="맑은 고딕"/>
          <w:b/>
          <w:color w:val="1B1814"/>
          <w:sz w:val="22"/>
        </w:rPr>
        <w:t>추가 질문이나 요청</w:t>
      </w:r>
    </w:p>
    <w:p>
      <w:pPr>
        <w:tabs>
          <w:tab w:pos="9638" w:val="left"/>
        </w:tabs>
        <w:spacing w:before="360"/>
        <w:pBdr>
          <w:bottom w:val="single" w:sz="6" w:color="D9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8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9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8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tabs>
          <w:tab w:pos="9638" w:val="left"/>
        </w:tabs>
        <w:spacing w:before="360"/>
        <w:pBdr>
          <w:bottom w:val="single" w:sz="6" w:color="D9CFBD" w:space="4"/>
        </w:pBdr>
      </w:pPr>
      <w:r>
        <w:rPr>
          <w:rFonts w:ascii="Arial" w:hAnsi="Arial" w:eastAsia="맑은 고딕"/>
          <w:b w:val="0"/>
          <w:color w:val="1B1814"/>
          <w:sz w:val="20"/>
        </w:rPr>
        <w:tab/>
      </w:r>
    </w:p>
    <w:p>
      <w:pPr>
        <w:spacing w:before="120"/>
        <w:jc w:val="center"/>
      </w:pPr>
      <w:r>
        <w:rPr>
          <w:rFonts w:ascii="Arial" w:hAnsi="Arial" w:eastAsia="맑은 고딕"/>
          <w:b w:val="0"/>
          <w:color w:val="6B6660"/>
          <w:sz w:val="17"/>
        </w:rPr>
        <w:t>작성하신 신청서는 홈페이지 기업강연 페이지 문의서에 「파일 첨부」로 보내 주세요.</w:t>
      </w:r>
    </w:p>
    <w:sectPr w:rsidR="00FC693F" w:rsidRPr="0006063C" w:rsidSect="00034616">
      <w:pgSz w:w="11906" w:h="16838"/>
      <w:pgMar w:top="510" w:right="1134" w:bottom="3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